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0"/>
        </w:rPr>
        <w:t>WIDERRUF VOM VERTRAG</w:t>
      </w:r>
    </w:p>
    <w:p>
      <w:pPr>
        <w:spacing w:after="160"/>
        <w:jc w:val="center"/>
      </w:pPr>
      <w:r>
        <w:rPr>
          <w:b w:val="0"/>
          <w:i/>
          <w:color w:val="555555"/>
          <w:sz w:val="17"/>
        </w:rPr>
        <w:t>(füllen Sie dieses Formular nur aus und senden Sie es zurück, wenn Sie den Vertrag widerrufen wollen)</w:t>
      </w:r>
    </w:p>
    <w:p>
      <w:pPr>
        <w:spacing w:after="120"/>
      </w:pPr>
      <w:r>
        <w:rPr>
          <w:b/>
        </w:rPr>
        <w:t xml:space="preserve">An: </w:t>
      </w:r>
      <w:r>
        <w:t>DINO SK, spol. s r. o., Borekova 10, 821 06 Bratislava, Slowakei, e-mail: info@akubee.de</w:t>
      </w:r>
    </w:p>
    <w:p>
      <w:pPr>
        <w:tabs>
          <w:tab w:pos="9638" w:val="right" w:leader="dot"/>
        </w:tabs>
        <w:spacing w:before="140" w:after="0"/>
      </w:pPr>
      <w:r>
        <w:t xml:space="preserve">Vor- und Nachname: </w:t>
      </w:r>
      <w:r>
        <w:tab/>
      </w:r>
    </w:p>
    <w:p>
      <w:pPr>
        <w:tabs>
          <w:tab w:pos="9638" w:val="right" w:leader="dot"/>
        </w:tabs>
        <w:spacing w:before="140" w:after="0"/>
      </w:pPr>
      <w:r>
        <w:t xml:space="preserve">Wohnadresse: </w:t>
      </w:r>
      <w:r>
        <w:tab/>
      </w:r>
    </w:p>
    <w:p>
      <w:pPr>
        <w:tabs>
          <w:tab w:pos="9638" w:val="right" w:leader="dot"/>
        </w:tabs>
        <w:spacing w:before="140" w:after="0"/>
      </w:pPr>
      <w:r>
        <w:t xml:space="preserve">Telefon: </w:t>
      </w:r>
      <w:r>
        <w:tab/>
      </w:r>
    </w:p>
    <w:p>
      <w:pPr>
        <w:tabs>
          <w:tab w:pos="9638" w:val="right" w:leader="dot"/>
        </w:tabs>
        <w:spacing w:before="140" w:after="0"/>
      </w:pPr>
      <w:r>
        <w:t xml:space="preserve">E-Mail: </w:t>
      </w:r>
      <w:r>
        <w:tab/>
      </w:r>
    </w:p>
    <w:p>
      <w:pPr>
        <w:spacing w:after="0" w:before="200"/>
      </w:pPr>
      <w:r>
        <w:rPr>
          <w:b w:val="0"/>
          <w:i w:val="0"/>
          <w:sz w:val="19"/>
        </w:rPr>
        <w:t>Hiermit widerrufe ich den von mir abgeschlossenen Kaufvertrag über die unten aufgeführten Waren mit der DINO SK, spol. s r. o., Kamenice 5308/15, 902 01 Pezinok, Slowakei, ID-Nr.: 45 624 747, eingetragen im Handelsregister des Stadtgerichts Bratislava III, Abteilung: Sro, Einlage Nr. 66184/B, gemäß § 19 ff. des slowakischen Gesetzes Nr. 108/2024 Slg. über den Verbraucherschutz.</w:t>
      </w:r>
    </w:p>
    <w:p>
      <w:pPr>
        <w:tabs>
          <w:tab w:pos="9638" w:val="right" w:leader="dot"/>
        </w:tabs>
        <w:spacing w:before="140" w:after="0"/>
      </w:pPr>
      <w:r>
        <w:t xml:space="preserve">Bestellnummer: </w:t>
      </w:r>
      <w:r>
        <w:tab/>
      </w:r>
    </w:p>
    <w:p>
      <w:pPr>
        <w:tabs>
          <w:tab w:pos="9638" w:val="right" w:leader="dot"/>
        </w:tabs>
        <w:spacing w:before="140" w:after="0"/>
      </w:pPr>
      <w:r>
        <w:t xml:space="preserve">Rechnungsnummer: </w:t>
      </w:r>
      <w:r>
        <w:tab/>
      </w:r>
    </w:p>
    <w:p>
      <w:pPr>
        <w:tabs>
          <w:tab w:pos="9638" w:val="right" w:leader="dot"/>
        </w:tabs>
        <w:spacing w:before="140" w:after="0"/>
      </w:pPr>
      <w:r>
        <w:t xml:space="preserve">Bestelldatum: </w:t>
      </w:r>
      <w:r>
        <w:tab/>
      </w:r>
    </w:p>
    <w:p>
      <w:pPr>
        <w:tabs>
          <w:tab w:pos="9638" w:val="right" w:leader="dot"/>
        </w:tabs>
        <w:spacing w:before="140" w:after="0"/>
      </w:pPr>
      <w:r>
        <w:t xml:space="preserve">Datum des Warenerhalts: </w:t>
      </w:r>
      <w:r>
        <w:tab/>
      </w:r>
    </w:p>
    <w:p>
      <w:pPr>
        <w:tabs>
          <w:tab w:pos="9638" w:val="right" w:leader="dot"/>
        </w:tabs>
        <w:spacing w:before="140" w:after="0"/>
      </w:pPr>
      <w:r>
        <w:t xml:space="preserve">Zurückgesendete Ware (Bezeichnung, Code, Stückzahl): </w:t>
      </w:r>
      <w:r>
        <w:tab/>
      </w:r>
    </w:p>
    <w:p>
      <w:pPr>
        <w:tabs>
          <w:tab w:pos="9638" w:val="right" w:leader="dot"/>
        </w:tabs>
        <w:spacing w:before="180" w:after="0"/>
      </w:pPr>
      <w:r>
        <w:tab/>
      </w:r>
    </w:p>
    <w:p>
      <w:pPr>
        <w:tabs>
          <w:tab w:pos="9638" w:val="right" w:leader="dot"/>
        </w:tabs>
        <w:spacing w:before="180" w:after="0"/>
      </w:pPr>
      <w:r>
        <w:tab/>
      </w:r>
    </w:p>
    <w:p>
      <w:pPr>
        <w:tabs>
          <w:tab w:pos="9638" w:val="right" w:leader="dot"/>
        </w:tabs>
        <w:spacing w:before="140" w:after="0"/>
      </w:pPr>
      <w:r>
        <w:t xml:space="preserve">Grund der Rücksendung (freiwillige Angabe): </w:t>
      </w:r>
      <w:r>
        <w:tab/>
      </w:r>
    </w:p>
    <w:p>
      <w:pPr>
        <w:tabs>
          <w:tab w:pos="9638" w:val="right" w:leader="dot"/>
        </w:tabs>
        <w:spacing w:before="140" w:after="0"/>
      </w:pPr>
      <w:r>
        <w:t xml:space="preserve">IBAN für die Rückerstattung: </w:t>
      </w:r>
      <w:r>
        <w:tab/>
      </w:r>
    </w:p>
    <w:p>
      <w:pPr>
        <w:spacing w:after="40"/>
      </w:pPr>
    </w:p>
    <w:tbl>
      <w:tblPr>
        <w:tblW w:type="auto" w:w="0"/>
        <w:tblLayout w:type="fixed"/>
        <w:tblLook w:firstColumn="1" w:firstRow="1" w:lastColumn="0" w:lastRow="0" w:noHBand="0" w:noVBand="1" w:val="04A0"/>
      </w:tblPr>
      <w:tblGrid>
        <w:gridCol w:w="9638"/>
      </w:tblGrid>
      <w:tr>
        <w:tc>
          <w:tcPr>
            <w:tcW w:type="dxa" w:w="9638"/>
            <w:shd w:val="clear" w:color="auto" w:fill="F3F3F3"/>
          </w:tcPr>
          <w:p>
            <w:r>
              <w:rPr>
                <w:b/>
                <w:sz w:val="18"/>
              </w:rPr>
              <w:t>Wichtige Informationen</w:t>
            </w:r>
          </w:p>
          <w:p>
            <w:pPr>
              <w:spacing w:after="40"/>
              <w:ind w:left="227" w:hanging="227"/>
            </w:pPr>
            <w:r>
              <w:rPr>
                <w:sz w:val="17"/>
              </w:rPr>
              <w:t>• Bitte senden Sie die Ware spätestens 14 Tage nach dem Widerruf an unser Lager: DINO SK, spol. s r. o., Borekova 10, 821 06 Bratislava, Slowakei. Die Kosten der Rücksendung trägt der Käufer.</w:t>
            </w:r>
          </w:p>
          <w:p>
            <w:pPr>
              <w:spacing w:after="40"/>
              <w:ind w:left="227" w:hanging="227"/>
            </w:pPr>
            <w:r>
              <w:rPr>
                <w:sz w:val="17"/>
              </w:rPr>
              <w:t>• Bitte senden Sie die Ware vollständig, unbeschädigt und ohne Gebrauchsspuren zurück. Für einen Wertverlust der Ware, der auf einen zur Prüfung der Beschaffenheit, Eigenschaften und Funktionsweise nicht notwendigen Umgang zurückzuführen ist, haftet der Verbraucher.</w:t>
            </w:r>
          </w:p>
          <w:p>
            <w:pPr>
              <w:spacing w:after="40"/>
              <w:ind w:left="227" w:hanging="227"/>
            </w:pPr>
            <w:r>
              <w:rPr>
                <w:sz w:val="17"/>
              </w:rPr>
              <w:t>• Das Widerrufsrecht besteht nicht bei Hygieneartikeln in versiegelter Schutzverpackung, wenn die Versiegelung nach der Lieferung entfernt wurde.</w:t>
            </w:r>
          </w:p>
          <w:p>
            <w:pPr>
              <w:spacing w:after="40"/>
              <w:ind w:left="227" w:hanging="227"/>
            </w:pPr>
            <w:r>
              <w:rPr>
                <w:sz w:val="17"/>
              </w:rPr>
              <w:t>• Den Kaufpreis einschließlich der Kosten für die Lieferung an Sie (im Umfang der günstigsten angebotenen Lieferart) erstatten wir innerhalb von 14 Tagen nach Eingang des Widerrufs, jedoch nicht bevor wir die Ware zurückerhalten haben oder Sie den Nachweis der Rücksendung erbracht haben.</w:t>
            </w:r>
          </w:p>
        </w:tc>
      </w:tr>
    </w:tbl>
    <w:p>
      <w:pPr>
        <w:tabs>
          <w:tab w:pos="3118" w:val="left" w:leader="dot"/>
          <w:tab w:pos="5386" w:val="left" w:leader="dot"/>
        </w:tabs>
        <w:spacing w:before="400"/>
      </w:pPr>
      <w:r>
        <w:t xml:space="preserve">Ort </w:t>
        <w:tab/>
        <w:t xml:space="preserve"> Datum </w:t>
        <w:tab/>
      </w:r>
    </w:p>
    <w:p>
      <w:pPr>
        <w:tabs>
          <w:tab w:pos="9638" w:val="right" w:leader="dot"/>
        </w:tabs>
        <w:spacing w:before="320"/>
      </w:pPr>
      <w:r>
        <w:t xml:space="preserve">Unterschrift (nur bei Mitteilung auf Papier): </w:t>
        <w:tab/>
      </w:r>
    </w:p>
    <w:sectPr w:rsidR="00FC693F" w:rsidRPr="0006063C" w:rsidSect="00034616">
      <w:pgSz w:w="11906" w:h="16838"/>
      <w:pgMar w:top="907"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Widerruf vom vertrag</dc:title>
  <dc:subject/>
  <dc:creator>DINO SK, spol. s r. o.</dc:creator>
  <cp:keywords/>
  <dc:description>generated by python-docx</dc:description>
  <cp:lastModifiedBy/>
  <cp:revision>1</cp:revision>
  <dcterms:created xsi:type="dcterms:W3CDTF">2013-12-23T23:15:00Z</dcterms:created>
  <dcterms:modified xsi:type="dcterms:W3CDTF">2013-12-23T23:15:00Z</dcterms:modified>
  <cp:category/>
</cp:coreProperties>
</file>